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FAC49" w14:textId="77777777" w:rsidR="001830E4" w:rsidRDefault="00000000">
      <w:pPr>
        <w:spacing w:after="120"/>
      </w:pPr>
      <w:r>
        <w:rPr>
          <w:b/>
          <w:color w:val="0A73D6"/>
          <w:sz w:val="52"/>
        </w:rPr>
        <w:t>Jermaine Peguese</w:t>
      </w:r>
    </w:p>
    <w:p w14:paraId="6701290F" w14:textId="77777777" w:rsidR="001830E4" w:rsidRDefault="00000000">
      <w:pPr>
        <w:spacing w:after="280"/>
      </w:pPr>
      <w:r>
        <w:rPr>
          <w:i/>
          <w:color w:val="666666"/>
        </w:rPr>
        <w:t>The one bio. Version 1.0, approved by Jermaine 2026-10-01. Every shorter version is cut from this and lives below it in this file.</w:t>
      </w:r>
    </w:p>
    <w:p w14:paraId="32911BA9" w14:textId="77777777" w:rsidR="001830E4" w:rsidRDefault="00000000">
      <w:pPr>
        <w:spacing w:before="400" w:after="120"/>
      </w:pPr>
      <w:r>
        <w:rPr>
          <w:b/>
          <w:color w:val="0A73D6"/>
          <w:sz w:val="30"/>
        </w:rPr>
        <w:t>The Bio</w:t>
      </w:r>
    </w:p>
    <w:p w14:paraId="03DEFBDD" w14:textId="77777777" w:rsidR="001830E4" w:rsidRDefault="00000000">
      <w:r>
        <w:rPr>
          <w:b/>
        </w:rPr>
        <w:t>Use it for:</w:t>
      </w:r>
      <w:r>
        <w:t xml:space="preserve"> any request for a bio, an interview, a press kit, a program book, the website.</w:t>
      </w:r>
    </w:p>
    <w:p w14:paraId="1C70FC1E" w14:textId="77777777" w:rsidR="001830E4" w:rsidRDefault="00000000">
      <w:bookmarkStart w:id="0" w:name="OLE_LINK1"/>
      <w:r>
        <w:t>Detroit. The city that built a penny candy entrepreneur under a blue tarp roof.</w:t>
      </w:r>
    </w:p>
    <w:p w14:paraId="3584D288" w14:textId="77777777" w:rsidR="001830E4" w:rsidRDefault="00000000">
      <w:r>
        <w:t>Jermaine Peguese. President and CEO of Pathworth Consulting and Solutions. The Chairman of AI.</w:t>
      </w:r>
    </w:p>
    <w:p w14:paraId="438D77C2" w14:textId="77777777" w:rsidR="001830E4" w:rsidRDefault="00000000">
      <w:r>
        <w:t>Chairman, because he built a whole movement around what these tools are actually for before most people started paying attention. He taught himself, starting in November 2022, sharpened it through the ChatGPT and Generative AI for Management Consultants program, and built his own AI workforce without writing a line of code. And because he spent years putting that same structure under people in boardrooms, church halls, and youth programs. Same hands on every one of them.</w:t>
      </w:r>
    </w:p>
    <w:p w14:paraId="25382AD7" w14:textId="77777777" w:rsidR="001830E4" w:rsidRDefault="00000000">
      <w:r>
        <w:t>Underneath the titles, he's an institution builder. One mission since he was a kid selling penny candy: put people in position to win, whatever that win is for them. For years he did it from behind the scenes, with no name attached.</w:t>
      </w:r>
    </w:p>
    <w:p w14:paraId="76D03A04" w14:textId="217CE32B" w:rsidR="001830E4" w:rsidRDefault="00000000">
      <w:r>
        <w:t xml:space="preserve">At the NAACP Detroit Branch, </w:t>
      </w:r>
      <w:proofErr w:type="gramStart"/>
      <w:r>
        <w:t>he</w:t>
      </w:r>
      <w:proofErr w:type="gramEnd"/>
      <w:r>
        <w:t xml:space="preserve"> </w:t>
      </w:r>
      <w:r w:rsidR="00B9408D">
        <w:t xml:space="preserve">serves as </w:t>
      </w:r>
      <w:r>
        <w:t>the Special Projects Manager. As Senior Project Manager of the Fight for Freedom Fund Dinner, he runs the largest sit-down dinner in the world: 4,000+ guests, and a sitting President on the stage his first year. He took over BRIDGES and puts 14-to-24-year-olds to work every summer. He created Digital E.T.A., the small business program where one woman made over $10,000 from a single idea.</w:t>
      </w:r>
    </w:p>
    <w:p w14:paraId="2D4EA956" w14:textId="77777777" w:rsidR="001830E4" w:rsidRDefault="00000000">
      <w:r>
        <w:t>As Founding Chapter President of Recession Proof Extreme Michigan, he grew an entrepreneurship community from 19 members to 125+ and brought home Chapter of the Year and Model Chapter of the Year.</w:t>
      </w:r>
    </w:p>
    <w:p w14:paraId="3DC301B6" w14:textId="77777777" w:rsidR="001830E4" w:rsidRDefault="00000000">
      <w:r>
        <w:t>At Pathworth, he runs the company on an AI workforce he built himself.</w:t>
      </w:r>
    </w:p>
    <w:p w14:paraId="7D25892B" w14:textId="77777777" w:rsidR="001830E4" w:rsidRDefault="00000000">
      <w:r>
        <w:t>In 2026, the Michigan Chronicle named him to its 40 Under 40.</w:t>
      </w:r>
    </w:p>
    <w:p w14:paraId="240C1F99" w14:textId="77777777" w:rsidR="001830E4" w:rsidRDefault="00000000">
      <w:r>
        <w:t>Four things make him who he is. Strategy: he always has a plan. Instincts: he stays calm when the room shifts. Logic: he thinks it through. Heart: he stands behind people until they win.</w:t>
      </w:r>
    </w:p>
    <w:p w14:paraId="0024F67F" w14:textId="77777777" w:rsidR="001830E4" w:rsidRDefault="00000000">
      <w:r>
        <w:t>He's already proven. Whatever you've got going on, run it by Jermaine.</w:t>
      </w:r>
    </w:p>
    <w:bookmarkEnd w:id="0"/>
    <w:p w14:paraId="2511054F" w14:textId="77777777" w:rsidR="001830E4" w:rsidRDefault="00000000">
      <w:pPr>
        <w:spacing w:before="400" w:after="120"/>
      </w:pPr>
      <w:r>
        <w:rPr>
          <w:b/>
          <w:color w:val="0A73D6"/>
          <w:sz w:val="30"/>
        </w:rPr>
        <w:lastRenderedPageBreak/>
        <w:t>The Stage Intro</w:t>
      </w:r>
    </w:p>
    <w:p w14:paraId="190570C2" w14:textId="77777777" w:rsidR="001830E4" w:rsidRDefault="00000000">
      <w:r>
        <w:rPr>
          <w:b/>
        </w:rPr>
        <w:t>Use it for:</w:t>
      </w:r>
      <w:r>
        <w:t xml:space="preserve"> a host reading him onto a stage. About 45 seconds.</w:t>
      </w:r>
    </w:p>
    <w:p w14:paraId="00C3882A" w14:textId="43DEED51" w:rsidR="001830E4" w:rsidRDefault="00000000">
      <w:r>
        <w:t xml:space="preserve">Detroit built a penny candy entrepreneur under a blue tarp roof. Today he's the President and CEO of Pathworth Consulting and Solutions, and The Chairman of AI. </w:t>
      </w:r>
      <w:r w:rsidR="00B9408D">
        <w:t>At the NAACP Detroit Branch, he serves as the Special Projects Manager. As Senior Project Manager of the Fight for Freedom Fund Dinner, h</w:t>
      </w:r>
      <w:r>
        <w:t xml:space="preserve">e runs the largest sit-down dinner in the world, </w:t>
      </w:r>
      <w:proofErr w:type="gramStart"/>
      <w:r>
        <w:t>more</w:t>
      </w:r>
      <w:proofErr w:type="gramEnd"/>
      <w:r>
        <w:t xml:space="preserve"> than 4,000 guests. </w:t>
      </w:r>
      <w:r w:rsidR="00B9408D">
        <w:t>As Founding Chapter President of Recession Proof Extreme Michigan, h</w:t>
      </w:r>
      <w:r>
        <w:t>e grew an entrepreneurship community from 19 members to over 125 and brought home two national awards. He's a Michigan Chronicle 40 Under 40 honoree</w:t>
      </w:r>
      <w:r w:rsidR="00B9408D">
        <w:t xml:space="preserve"> in 2026</w:t>
      </w:r>
      <w:r>
        <w:t>. And he runs his own company on an AI workforce he built himself. One mission the whole way: put people in position to win. Whatever you've got going on, run it by him. Please welcome Jermaine Peguese.</w:t>
      </w:r>
    </w:p>
    <w:p w14:paraId="684B63E2" w14:textId="77777777" w:rsidR="001830E4" w:rsidRDefault="00000000">
      <w:pPr>
        <w:spacing w:before="400" w:after="120"/>
      </w:pPr>
      <w:r>
        <w:rPr>
          <w:b/>
          <w:color w:val="0A73D6"/>
          <w:sz w:val="30"/>
        </w:rPr>
        <w:t>The AI Room</w:t>
      </w:r>
    </w:p>
    <w:p w14:paraId="2F43D0E3" w14:textId="77777777" w:rsidR="001830E4" w:rsidRDefault="00000000">
      <w:r>
        <w:rPr>
          <w:b/>
        </w:rPr>
        <w:t>Use it for:</w:t>
      </w:r>
      <w:r>
        <w:t xml:space="preserve"> AI talks, workshops, panels, class pages and flyers.</w:t>
      </w:r>
    </w:p>
    <w:p w14:paraId="57B1561A" w14:textId="77777777" w:rsidR="001830E4" w:rsidRDefault="00000000">
      <w:r>
        <w:t>Jermaine Peguese is The Chairman of AI, and the President and CEO of Pathworth Consulting and Solutions. He taught himself AI, starting in November 2022, sharpened it through the ChatGPT and Generative AI for Management Consultants program, and built his own AI workforce without writing a line of code. He runs his company on it every day.</w:t>
      </w:r>
    </w:p>
    <w:p w14:paraId="494101C8" w14:textId="77777777" w:rsidR="001830E4" w:rsidRDefault="00000000">
      <w:r>
        <w:t>Before AI, he spent twenty years building things that put people in position to win: the largest sit-down dinner in the world, a summer program that puts young people to work, a small business program where one woman made over $10,000 from a single idea, and an entrepreneurship community he grew from 19 members to 125+. Now he brings both worlds into one room.</w:t>
      </w:r>
    </w:p>
    <w:p w14:paraId="5DEE236E" w14:textId="77777777" w:rsidR="001830E4" w:rsidRDefault="00000000">
      <w:r>
        <w:t>Strategy, instincts, logic, and heart. Whatever you've got going on, run it by Jermaine.</w:t>
      </w:r>
    </w:p>
    <w:sectPr w:rsidR="001830E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52856594">
    <w:abstractNumId w:val="8"/>
  </w:num>
  <w:num w:numId="2" w16cid:durableId="831529645">
    <w:abstractNumId w:val="6"/>
  </w:num>
  <w:num w:numId="3" w16cid:durableId="1857964578">
    <w:abstractNumId w:val="5"/>
  </w:num>
  <w:num w:numId="4" w16cid:durableId="124008188">
    <w:abstractNumId w:val="4"/>
  </w:num>
  <w:num w:numId="5" w16cid:durableId="1339039594">
    <w:abstractNumId w:val="7"/>
  </w:num>
  <w:num w:numId="6" w16cid:durableId="1554073249">
    <w:abstractNumId w:val="3"/>
  </w:num>
  <w:num w:numId="7" w16cid:durableId="598831119">
    <w:abstractNumId w:val="2"/>
  </w:num>
  <w:num w:numId="8" w16cid:durableId="463698735">
    <w:abstractNumId w:val="1"/>
  </w:num>
  <w:num w:numId="9" w16cid:durableId="18737613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30E4"/>
    <w:rsid w:val="0029639D"/>
    <w:rsid w:val="00326F90"/>
    <w:rsid w:val="004B570F"/>
    <w:rsid w:val="00522CC7"/>
    <w:rsid w:val="00AA1D8D"/>
    <w:rsid w:val="00B47730"/>
    <w:rsid w:val="00B9408D"/>
    <w:rsid w:val="00CB0664"/>
    <w:rsid w:val="00DA46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16CAC"/>
  <w14:defaultImageDpi w14:val="300"/>
  <w15:docId w15:val="{DBF61A5D-9CD4-4DF8-8A0F-1E0FAE74D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111111"/>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Jermaine Peguese</cp:lastModifiedBy>
  <cp:revision>1</cp:revision>
  <dcterms:created xsi:type="dcterms:W3CDTF">2013-12-23T23:15:00Z</dcterms:created>
  <dcterms:modified xsi:type="dcterms:W3CDTF">2026-10-06T15:34:00Z</dcterms:modified>
  <cp:category/>
</cp:coreProperties>
</file>